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REPUBLIC OF THE PHILIPPINES)</w:t>
        <w:br/>
      </w:r>
      <w:r>
        <w:rPr>
          <w:b/>
        </w:rPr>
        <w:t>PROVINCE OF ____________________) S.S.</w:t>
        <w:br/>
      </w:r>
      <w:r>
        <w:rPr>
          <w:b/>
        </w:rPr>
        <w:t>MUNICIPALITY/CITY OF ____________)</w:t>
        <w:br/>
        <w:br/>
      </w:r>
    </w:p>
    <w:p>
      <w:pPr>
        <w:jc w:val="center"/>
      </w:pPr>
      <w:r>
        <w:rPr>
          <w:b/>
          <w:sz w:val="28"/>
        </w:rPr>
        <w:t>JOINT AFFIDAVIT OF COHABITATION</w:t>
      </w:r>
    </w:p>
    <w:p>
      <w:r>
        <w:br/>
        <w:t>We, ______________________________, Filipino, of legal age, single, and a resident of ______________________________________________________, and ______________________________, Filipino, of legal age, single, and a resident of ______________________________________________________, after having been duly sworn to in accordance with law, hereby depose and state that:</w:t>
        <w:br/>
        <w:br/>
      </w:r>
    </w:p>
    <w:p>
      <w:r>
        <w:t>1. We have been living together as husband and wife without the benefit of marriage continuously for a period of more than five (5) years, specifically since ________________________;</w:t>
        <w:br/>
        <w:br/>
      </w:r>
    </w:p>
    <w:p>
      <w:r>
        <w:t>2. During our cohabitation and up to the present time, we remain free from any legal impediment to marry each other under the laws of the Republic of the Philippines;</w:t>
        <w:br/>
        <w:br/>
      </w:r>
    </w:p>
    <w:p>
      <w:r>
        <w:t>3. We have _____ child/children born out of our cohabitation, namely: ___________________________ born on ___________________;</w:t>
        <w:br/>
        <w:br/>
      </w:r>
    </w:p>
    <w:p>
      <w:r>
        <w:t>4. We are executing this Joint Affidavit to attest to the truth of the foregoing facts and for the purpose of exempting us from the regular Marriage License requirement pursuant to Article 34 of the Family Code of the Philippines, and for other legal intents.</w:t>
        <w:br/>
        <w:br/>
      </w:r>
    </w:p>
    <w:p>
      <w:r>
        <w:t>IN WITNESS WHEREOF, we have hereunto set our hands this _____ day of __________________, 20___ at ___________________________, Philippines.</w:t>
        <w:br/>
        <w:br/>
        <w:br/>
        <w:br/>
      </w:r>
    </w:p>
    <w:p>
      <w:r>
        <w:rPr>
          <w:b/>
        </w:rPr>
        <w:t>______________________________                      ______________________________</w:t>
        <w:br/>
      </w:r>
      <w:r>
        <w:t xml:space="preserve">          Affiant (Male)                                        Affiant (Female)</w:t>
        <w:br/>
      </w:r>
    </w:p>
    <w:p>
      <w:r>
        <w:br/>
        <w:br/>
        <w:t>SUBSCRIBED AND SWORN to before me this _____ day of __________________, 20___ at ___________________________, Philippines, affiants exhibiting to me their competent evidence of identity:</w:t>
        <w:br/>
        <w:br/>
      </w:r>
      <w:r>
        <w:t>Name: ____________________ ID Type/No.: ____________________ Issued at/on: ____________________</w:t>
        <w:br/>
      </w:r>
      <w:r>
        <w:t>Name: ____________________ ID Type/No.: ____________________ Issued at/on: ____________________</w:t>
        <w:br/>
        <w:br/>
      </w:r>
    </w:p>
    <w:p>
      <w:r>
        <w:t>Doc. No. _____</w:t>
        <w:br/>
        <w:t>Page No. _____</w:t>
        <w:br/>
        <w:t>Book No. _____</w:t>
        <w:br/>
        <w:t>Series of 20___.</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